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43A4" w14:textId="7D679B83" w:rsidR="00CB76BB" w:rsidRPr="001D7640" w:rsidRDefault="00000000">
      <w:pPr>
        <w:spacing w:after="80" w:line="276" w:lineRule="auto"/>
        <w:ind w:firstLine="0"/>
        <w:jc w:val="center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4"/>
          <w:lang w:val="pt-BR"/>
        </w:rPr>
        <w:t>UNIVERSIDADE DO CONTESTADO – U</w:t>
      </w:r>
      <w:r w:rsidR="00F5401D" w:rsidRPr="001D7640">
        <w:rPr>
          <w:rFonts w:cs="Arial"/>
          <w:b/>
          <w:color w:val="000000"/>
          <w:sz w:val="24"/>
          <w:lang w:val="pt-BR"/>
        </w:rPr>
        <w:t>N</w:t>
      </w:r>
      <w:r w:rsidRPr="001D7640">
        <w:rPr>
          <w:rFonts w:cs="Arial"/>
          <w:b/>
          <w:color w:val="000000"/>
          <w:sz w:val="24"/>
          <w:lang w:val="pt-BR"/>
        </w:rPr>
        <w:t>C</w:t>
      </w:r>
    </w:p>
    <w:p w14:paraId="39E7C46B" w14:textId="7F359D32" w:rsidR="00CB76BB" w:rsidRPr="001D7640" w:rsidRDefault="00000000">
      <w:pPr>
        <w:spacing w:after="40" w:line="276" w:lineRule="auto"/>
        <w:ind w:firstLine="0"/>
        <w:jc w:val="center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4"/>
          <w:lang w:val="pt-BR"/>
        </w:rPr>
        <w:t>CURSO DE MEDICINA</w:t>
      </w:r>
      <w:r w:rsidR="00F5401D" w:rsidRPr="001D7640">
        <w:rPr>
          <w:rFonts w:cs="Arial"/>
          <w:b/>
          <w:color w:val="000000"/>
          <w:sz w:val="24"/>
          <w:lang w:val="pt-BR"/>
        </w:rPr>
        <w:t xml:space="preserve"> – CAMPUS XXXXXX</w:t>
      </w:r>
    </w:p>
    <w:p w14:paraId="0BA5C3E4" w14:textId="77777777" w:rsidR="00CB76BB" w:rsidRPr="001D7640" w:rsidRDefault="00CB76BB">
      <w:pPr>
        <w:rPr>
          <w:rFonts w:cs="Arial"/>
          <w:lang w:val="pt-BR"/>
        </w:rPr>
      </w:pPr>
    </w:p>
    <w:p w14:paraId="7158A9B0" w14:textId="77777777" w:rsidR="00CB76BB" w:rsidRPr="001D7640" w:rsidRDefault="00CB76BB">
      <w:pPr>
        <w:rPr>
          <w:rFonts w:cs="Arial"/>
          <w:lang w:val="pt-BR"/>
        </w:rPr>
      </w:pPr>
    </w:p>
    <w:p w14:paraId="7172B70D" w14:textId="77777777" w:rsidR="00CB76BB" w:rsidRPr="001D7640" w:rsidRDefault="00CB76BB">
      <w:pPr>
        <w:rPr>
          <w:rFonts w:cs="Arial"/>
          <w:lang w:val="pt-BR"/>
        </w:rPr>
      </w:pPr>
    </w:p>
    <w:p w14:paraId="58E56023" w14:textId="77777777" w:rsidR="00CB76BB" w:rsidRPr="001D7640" w:rsidRDefault="00CB76BB">
      <w:pPr>
        <w:rPr>
          <w:rFonts w:cs="Arial"/>
          <w:lang w:val="pt-BR"/>
        </w:rPr>
      </w:pPr>
    </w:p>
    <w:p w14:paraId="02BEAC1E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3DB9B316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70A26E63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010BD24F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71DEEDC7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2262D556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262F8A5D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76FC9587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3C23BAD4" w14:textId="77777777" w:rsidR="00F5401D" w:rsidRPr="001D7640" w:rsidRDefault="00F5401D">
      <w:pPr>
        <w:spacing w:after="80" w:line="276" w:lineRule="auto"/>
        <w:ind w:firstLine="0"/>
        <w:jc w:val="center"/>
        <w:rPr>
          <w:rFonts w:cs="Arial"/>
          <w:b/>
          <w:color w:val="000000"/>
          <w:sz w:val="28"/>
          <w:lang w:val="pt-BR"/>
        </w:rPr>
      </w:pPr>
    </w:p>
    <w:p w14:paraId="72A606A3" w14:textId="758CF86F" w:rsidR="00CB76BB" w:rsidRPr="001D7640" w:rsidRDefault="00000000">
      <w:pPr>
        <w:spacing w:after="80" w:line="276" w:lineRule="auto"/>
        <w:ind w:firstLine="0"/>
        <w:jc w:val="center"/>
        <w:rPr>
          <w:rFonts w:cs="Arial"/>
          <w:sz w:val="20"/>
          <w:szCs w:val="20"/>
          <w:lang w:val="pt-BR"/>
        </w:rPr>
      </w:pPr>
      <w:r w:rsidRPr="001D7640">
        <w:rPr>
          <w:rFonts w:cs="Arial"/>
          <w:b/>
          <w:color w:val="000000"/>
          <w:sz w:val="24"/>
          <w:szCs w:val="20"/>
          <w:lang w:val="pt-BR"/>
        </w:rPr>
        <w:t>TÍTULO DO RELATÓRIO DAS AULAS PRÁTICAS</w:t>
      </w:r>
    </w:p>
    <w:p w14:paraId="665998F1" w14:textId="77777777" w:rsidR="00CB76BB" w:rsidRPr="001D7640" w:rsidRDefault="00000000">
      <w:pPr>
        <w:spacing w:line="276" w:lineRule="auto"/>
        <w:ind w:firstLine="0"/>
        <w:jc w:val="center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Subtítulo (se houver)</w:t>
      </w:r>
    </w:p>
    <w:p w14:paraId="164D4DF7" w14:textId="77777777" w:rsidR="00CB76BB" w:rsidRPr="001D7640" w:rsidRDefault="00CB76BB">
      <w:pPr>
        <w:rPr>
          <w:rFonts w:cs="Arial"/>
          <w:lang w:val="pt-BR"/>
        </w:rPr>
      </w:pPr>
    </w:p>
    <w:p w14:paraId="2EB4AC3D" w14:textId="77777777" w:rsidR="00CB76BB" w:rsidRPr="001D7640" w:rsidRDefault="00CB76BB">
      <w:pPr>
        <w:rPr>
          <w:rFonts w:cs="Arial"/>
          <w:lang w:val="pt-BR"/>
        </w:rPr>
      </w:pPr>
    </w:p>
    <w:p w14:paraId="644059C7" w14:textId="77777777" w:rsidR="00CB76BB" w:rsidRPr="001D7640" w:rsidRDefault="00CB76BB">
      <w:pPr>
        <w:rPr>
          <w:rFonts w:cs="Arial"/>
          <w:lang w:val="pt-BR"/>
        </w:rPr>
      </w:pPr>
    </w:p>
    <w:p w14:paraId="13C11B49" w14:textId="77777777" w:rsidR="00CB76BB" w:rsidRPr="001D7640" w:rsidRDefault="00CB76BB">
      <w:pPr>
        <w:rPr>
          <w:rFonts w:cs="Arial"/>
          <w:lang w:val="pt-BR"/>
        </w:rPr>
      </w:pPr>
    </w:p>
    <w:p w14:paraId="724079E3" w14:textId="77777777" w:rsidR="00CB76BB" w:rsidRPr="001D7640" w:rsidRDefault="00000000" w:rsidP="00F5401D">
      <w:pPr>
        <w:spacing w:after="12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lang w:val="pt-BR"/>
        </w:rPr>
        <w:t>INTEGRANTES DO GRUPO</w:t>
      </w:r>
    </w:p>
    <w:p w14:paraId="2E90E669" w14:textId="2233E4B4" w:rsidR="00CB76BB" w:rsidRPr="001D7640" w:rsidRDefault="00000000" w:rsidP="00F5401D">
      <w:pPr>
        <w:spacing w:after="4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1. Nome completo</w:t>
      </w:r>
    </w:p>
    <w:p w14:paraId="07E4282F" w14:textId="51550D30" w:rsidR="00CB76BB" w:rsidRPr="001D7640" w:rsidRDefault="00000000" w:rsidP="00F5401D">
      <w:pPr>
        <w:spacing w:after="4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2. Nome completo</w:t>
      </w:r>
    </w:p>
    <w:p w14:paraId="56E644FA" w14:textId="373ECB74" w:rsidR="00CB76BB" w:rsidRPr="001D7640" w:rsidRDefault="00000000" w:rsidP="00F5401D">
      <w:pPr>
        <w:spacing w:after="4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3. Nome completo</w:t>
      </w:r>
    </w:p>
    <w:p w14:paraId="5AF1039C" w14:textId="31D7F083" w:rsidR="00CB76BB" w:rsidRPr="001D7640" w:rsidRDefault="00000000" w:rsidP="00F5401D">
      <w:pPr>
        <w:spacing w:after="4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4. Nome completo</w:t>
      </w:r>
    </w:p>
    <w:p w14:paraId="6B245AE0" w14:textId="5BEDEA71" w:rsidR="00CB76BB" w:rsidRPr="001D7640" w:rsidRDefault="00000000" w:rsidP="00F5401D">
      <w:pPr>
        <w:spacing w:after="4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5. Nome completo</w:t>
      </w:r>
    </w:p>
    <w:p w14:paraId="6CBF3018" w14:textId="7825C0B2" w:rsidR="00CB76BB" w:rsidRPr="001D7640" w:rsidRDefault="00000000" w:rsidP="00F5401D">
      <w:pPr>
        <w:spacing w:after="40" w:line="276" w:lineRule="auto"/>
        <w:ind w:left="5670" w:firstLine="0"/>
        <w:rPr>
          <w:rFonts w:cs="Arial"/>
          <w:lang w:val="pt-BR"/>
        </w:rPr>
      </w:pPr>
      <w:r w:rsidRPr="001D7640">
        <w:rPr>
          <w:rFonts w:cs="Arial"/>
          <w:color w:val="000000"/>
          <w:lang w:val="pt-BR"/>
        </w:rPr>
        <w:t>6. Nome completo</w:t>
      </w:r>
    </w:p>
    <w:p w14:paraId="7DA4F822" w14:textId="77777777" w:rsidR="00CB76BB" w:rsidRPr="001D7640" w:rsidRDefault="00CB76BB">
      <w:pPr>
        <w:rPr>
          <w:rFonts w:cs="Arial"/>
          <w:lang w:val="pt-BR"/>
        </w:rPr>
      </w:pPr>
    </w:p>
    <w:p w14:paraId="3CD03473" w14:textId="77777777" w:rsidR="00CB76BB" w:rsidRPr="001D7640" w:rsidRDefault="00CB76BB">
      <w:pPr>
        <w:rPr>
          <w:rFonts w:cs="Arial"/>
          <w:lang w:val="pt-BR"/>
        </w:rPr>
      </w:pPr>
    </w:p>
    <w:p w14:paraId="1A79029C" w14:textId="77777777" w:rsidR="00CB76BB" w:rsidRPr="001D7640" w:rsidRDefault="00CB76BB">
      <w:pPr>
        <w:rPr>
          <w:rFonts w:cs="Arial"/>
          <w:lang w:val="pt-BR"/>
        </w:rPr>
      </w:pPr>
    </w:p>
    <w:p w14:paraId="2F65E48D" w14:textId="77777777" w:rsidR="00CB76BB" w:rsidRPr="001D7640" w:rsidRDefault="00CB76BB">
      <w:pPr>
        <w:rPr>
          <w:rFonts w:cs="Arial"/>
          <w:lang w:val="pt-BR"/>
        </w:rPr>
      </w:pPr>
    </w:p>
    <w:p w14:paraId="72FDD2CE" w14:textId="77777777" w:rsidR="00CB76BB" w:rsidRPr="001D7640" w:rsidRDefault="00CB76BB">
      <w:pPr>
        <w:rPr>
          <w:rFonts w:cs="Arial"/>
          <w:lang w:val="pt-BR"/>
        </w:rPr>
      </w:pPr>
    </w:p>
    <w:p w14:paraId="369D33E9" w14:textId="77777777" w:rsidR="00797F86" w:rsidRPr="001D7640" w:rsidRDefault="00797F86">
      <w:pPr>
        <w:spacing w:after="40" w:line="276" w:lineRule="auto"/>
        <w:ind w:firstLine="0"/>
        <w:jc w:val="center"/>
        <w:rPr>
          <w:rFonts w:cs="Arial"/>
          <w:b/>
          <w:bCs/>
          <w:color w:val="000000"/>
          <w:lang w:val="pt-BR"/>
        </w:rPr>
      </w:pPr>
    </w:p>
    <w:p w14:paraId="0E8D2405" w14:textId="439B446F" w:rsidR="00CB76BB" w:rsidRPr="001D7640" w:rsidRDefault="00797F86">
      <w:pPr>
        <w:spacing w:after="40" w:line="276" w:lineRule="auto"/>
        <w:ind w:firstLine="0"/>
        <w:jc w:val="center"/>
        <w:rPr>
          <w:rFonts w:cs="Arial"/>
          <w:b/>
          <w:bCs/>
          <w:lang w:val="pt-BR"/>
        </w:rPr>
      </w:pPr>
      <w:r w:rsidRPr="001D7640">
        <w:rPr>
          <w:rFonts w:cs="Arial"/>
          <w:b/>
          <w:bCs/>
          <w:color w:val="000000"/>
          <w:lang w:val="pt-BR"/>
        </w:rPr>
        <w:t>MUNICÍPIO</w:t>
      </w:r>
    </w:p>
    <w:p w14:paraId="57AB9EF8" w14:textId="6DCBEEF6" w:rsidR="00CB76BB" w:rsidRPr="001D7640" w:rsidRDefault="00797F86">
      <w:pPr>
        <w:spacing w:line="276" w:lineRule="auto"/>
        <w:ind w:firstLine="0"/>
        <w:jc w:val="center"/>
        <w:rPr>
          <w:rFonts w:cs="Arial"/>
          <w:b/>
          <w:bCs/>
          <w:lang w:val="pt-BR"/>
        </w:rPr>
      </w:pPr>
      <w:r w:rsidRPr="001D7640">
        <w:rPr>
          <w:rFonts w:cs="Arial"/>
          <w:b/>
          <w:bCs/>
          <w:color w:val="000000"/>
          <w:lang w:val="pt-BR"/>
        </w:rPr>
        <w:t>ANO / SEMESTRE</w:t>
      </w:r>
    </w:p>
    <w:p w14:paraId="5543DB36" w14:textId="41C31E46" w:rsidR="00CB76BB" w:rsidRPr="001D7640" w:rsidRDefault="00000000" w:rsidP="00F5401D">
      <w:pPr>
        <w:pStyle w:val="Ttulo1"/>
        <w:rPr>
          <w:rFonts w:ascii="Arial" w:hAnsi="Arial" w:cs="Arial"/>
          <w:lang w:val="pt-BR"/>
        </w:rPr>
      </w:pPr>
      <w:r w:rsidRPr="001D7640">
        <w:rPr>
          <w:lang w:val="pt-BR"/>
        </w:rPr>
        <w:br w:type="page"/>
      </w:r>
      <w:r w:rsidRPr="001D7640">
        <w:rPr>
          <w:rFonts w:ascii="Arial" w:hAnsi="Arial" w:cs="Arial"/>
          <w:lang w:val="pt-BR"/>
        </w:rPr>
        <w:lastRenderedPageBreak/>
        <w:t>IDENTIFICAÇÃO DA ATIVIDADE</w:t>
      </w:r>
    </w:p>
    <w:tbl>
      <w:tblPr>
        <w:tblStyle w:val="Tabelacomgrade"/>
        <w:tblW w:w="9115" w:type="dxa"/>
        <w:jc w:val="center"/>
        <w:tblLayout w:type="fixed"/>
        <w:tblLook w:val="04A0" w:firstRow="1" w:lastRow="0" w:firstColumn="1" w:lastColumn="0" w:noHBand="0" w:noVBand="1"/>
      </w:tblPr>
      <w:tblGrid>
        <w:gridCol w:w="2455"/>
        <w:gridCol w:w="6660"/>
      </w:tblGrid>
      <w:tr w:rsidR="00CB76BB" w:rsidRPr="001D7640" w14:paraId="4AFE49C4" w14:textId="77777777" w:rsidTr="00F5401D">
        <w:trPr>
          <w:cantSplit/>
          <w:tblHeader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D7837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Componente curricular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39A866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327D7781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60AFA9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Fase / turma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F967F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2443CB27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5E62E3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Professor(a)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45BD5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0462382A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569AA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Semestre letivo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437813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07296F07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14CC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Período das práticas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BAED2A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76C28E7E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95224D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Carga horária total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1DE1C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07AEE5B8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16C1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Cenários de prática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B8F23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  <w:tr w:rsidR="00CB76BB" w:rsidRPr="001D7640" w14:paraId="6D914B42" w14:textId="77777777" w:rsidTr="00F5401D">
        <w:trPr>
          <w:cantSplit/>
          <w:jc w:val="center"/>
        </w:trPr>
        <w:tc>
          <w:tcPr>
            <w:tcW w:w="2455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F799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t>Preceptores(as)</w:t>
            </w:r>
          </w:p>
        </w:tc>
        <w:tc>
          <w:tcPr>
            <w:tcW w:w="66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7A992" w14:textId="77777777" w:rsidR="00CB76BB" w:rsidRPr="001D7640" w:rsidRDefault="00CB76BB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</w:p>
        </w:tc>
      </w:tr>
    </w:tbl>
    <w:p w14:paraId="7F62A293" w14:textId="77777777" w:rsidR="00CB76BB" w:rsidRPr="001D7640" w:rsidRDefault="00CB76BB">
      <w:pPr>
        <w:rPr>
          <w:rFonts w:cs="Arial"/>
          <w:lang w:val="pt-BR"/>
        </w:rPr>
      </w:pPr>
    </w:p>
    <w:p w14:paraId="0EE50E63" w14:textId="77777777" w:rsidR="00797F86" w:rsidRPr="001D7640" w:rsidRDefault="00797F86">
      <w:pPr>
        <w:spacing w:after="200" w:line="276" w:lineRule="auto"/>
        <w:ind w:firstLine="0"/>
        <w:jc w:val="left"/>
        <w:rPr>
          <w:rFonts w:eastAsiaTheme="majorEastAsia" w:cs="Arial"/>
          <w:b/>
          <w:bCs/>
          <w:color w:val="000000"/>
          <w:sz w:val="24"/>
          <w:szCs w:val="28"/>
          <w:lang w:val="pt-BR"/>
        </w:rPr>
      </w:pPr>
      <w:r w:rsidRPr="001D7640">
        <w:rPr>
          <w:rFonts w:cs="Arial"/>
          <w:lang w:val="pt-BR"/>
        </w:rPr>
        <w:br w:type="page"/>
      </w:r>
    </w:p>
    <w:p w14:paraId="0603CD14" w14:textId="47DD4677" w:rsidR="00CB76BB" w:rsidRPr="001D7640" w:rsidRDefault="00000000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lastRenderedPageBreak/>
        <w:t>RESUMO</w:t>
      </w:r>
    </w:p>
    <w:p w14:paraId="5ADF2C7D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Elaborar texto em parágrafo único, preferencialmente entre 150 e 250 palavras, contemplando contexto, objetivo, metodologia, principais atividades/resultados e conclusão. O resumo deve representar o trabalho do grupo.]</w:t>
      </w:r>
    </w:p>
    <w:p w14:paraId="0E0A7246" w14:textId="77777777" w:rsidR="00F5401D" w:rsidRPr="001D7640" w:rsidRDefault="00F5401D">
      <w:pPr>
        <w:ind w:firstLine="0"/>
        <w:rPr>
          <w:rFonts w:cs="Arial"/>
          <w:b/>
          <w:color w:val="000000"/>
          <w:lang w:val="pt-BR"/>
        </w:rPr>
      </w:pPr>
    </w:p>
    <w:p w14:paraId="7E030D0E" w14:textId="51358A60" w:rsidR="00CB76BB" w:rsidRPr="001D7640" w:rsidRDefault="00000000">
      <w:pPr>
        <w:ind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lang w:val="pt-BR"/>
        </w:rPr>
        <w:t xml:space="preserve">Palavras-chave: </w:t>
      </w:r>
      <w:r w:rsidRPr="001D7640">
        <w:rPr>
          <w:rFonts w:cs="Arial"/>
          <w:color w:val="000000"/>
          <w:lang w:val="pt-BR"/>
        </w:rPr>
        <w:t>inserir de três a cinco termos, separados por ponto e vírgula.</w:t>
      </w:r>
    </w:p>
    <w:p w14:paraId="5618D882" w14:textId="77777777" w:rsidR="00CB76BB" w:rsidRPr="001D7640" w:rsidRDefault="00000000">
      <w:pPr>
        <w:rPr>
          <w:rFonts w:cs="Arial"/>
          <w:lang w:val="pt-BR"/>
        </w:rPr>
      </w:pPr>
      <w:r w:rsidRPr="001D7640">
        <w:rPr>
          <w:rFonts w:cs="Arial"/>
          <w:lang w:val="pt-BR"/>
        </w:rPr>
        <w:br w:type="page"/>
      </w:r>
    </w:p>
    <w:p w14:paraId="1236C7F9" w14:textId="77777777" w:rsidR="00CB76BB" w:rsidRPr="001D7640" w:rsidRDefault="00000000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lastRenderedPageBreak/>
        <w:t>1. INTRODUÇÃO</w:t>
      </w:r>
    </w:p>
    <w:p w14:paraId="5AA25FA4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Contextualizar o tema e os cenários das aulas práticas; apresentar sua relevância para a formação médica; relacionar a atividade ao componente curricular, ao SUS e/ou ao nível de atenção; utilizar referências atuais; encerrar com o objetivo geral do relatório.]</w:t>
      </w:r>
    </w:p>
    <w:p w14:paraId="3802D219" w14:textId="77777777" w:rsidR="00F5401D" w:rsidRPr="001D7640" w:rsidRDefault="00F5401D">
      <w:pPr>
        <w:pStyle w:val="Ttulo1"/>
        <w:rPr>
          <w:rFonts w:ascii="Arial" w:hAnsi="Arial" w:cs="Arial"/>
          <w:lang w:val="pt-BR"/>
        </w:rPr>
      </w:pPr>
    </w:p>
    <w:p w14:paraId="0ABEC1EE" w14:textId="2F38FB06" w:rsidR="00CB76BB" w:rsidRPr="001D7640" w:rsidRDefault="00000000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2. METODOLOGIA</w:t>
      </w:r>
    </w:p>
    <w:p w14:paraId="5322735E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Caracterizar o trabalho como relato de experiência; informar grupo/turma, período, locais, supervisão, organização das visitas, participação dos acadêmicos e procedimentos utilizados para registrar e sistematizar as vivências. Explicitar a preservação do sigilo e a ausência de dados identificáveis de usuários.]</w:t>
      </w:r>
    </w:p>
    <w:p w14:paraId="5A7704BA" w14:textId="77777777" w:rsidR="00CB76BB" w:rsidRPr="001D7640" w:rsidRDefault="00000000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3. RESULTADOS</w:t>
      </w:r>
    </w:p>
    <w:p w14:paraId="22FD4874" w14:textId="77777777" w:rsidR="00CB76BB" w:rsidRPr="001D7640" w:rsidRDefault="00000000">
      <w:pPr>
        <w:spacing w:after="80" w:line="276" w:lineRule="auto"/>
        <w:ind w:firstLine="0"/>
        <w:rPr>
          <w:rFonts w:cs="Arial"/>
          <w:i/>
          <w:color w:val="666666"/>
          <w:sz w:val="18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Apresentar objetivamente as atividades desenvolvidas, os cenários conhecidos, a atuação multiprofissional observada, os procedimentos acompanhados ou realizados sob supervisão e as aprendizagens comuns ao grupo.]</w:t>
      </w:r>
    </w:p>
    <w:p w14:paraId="7D05E06D" w14:textId="77777777" w:rsidR="00F5401D" w:rsidRPr="001D7640" w:rsidRDefault="00F5401D">
      <w:pPr>
        <w:spacing w:after="80" w:line="276" w:lineRule="auto"/>
        <w:ind w:firstLine="0"/>
        <w:rPr>
          <w:rFonts w:cs="Arial"/>
          <w:lang w:val="pt-BR"/>
        </w:rPr>
      </w:pPr>
    </w:p>
    <w:p w14:paraId="30BE5922" w14:textId="77777777" w:rsidR="00CB76BB" w:rsidRPr="001D7640" w:rsidRDefault="00000000">
      <w:pPr>
        <w:spacing w:before="160" w:after="80"/>
        <w:ind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0"/>
          <w:lang w:val="pt-BR"/>
        </w:rPr>
        <w:t>Tabela 1 – Síntese das aulas práticas realizadas pelo grupo</w:t>
      </w:r>
    </w:p>
    <w:tbl>
      <w:tblPr>
        <w:tblStyle w:val="Tabelacomgrade"/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100"/>
        <w:gridCol w:w="1480"/>
        <w:gridCol w:w="2636"/>
        <w:gridCol w:w="1276"/>
        <w:gridCol w:w="1318"/>
      </w:tblGrid>
      <w:tr w:rsidR="00CB76BB" w:rsidRPr="001D7640" w14:paraId="6DAE3891" w14:textId="77777777" w:rsidTr="00F5401D">
        <w:trPr>
          <w:cantSplit/>
          <w:tblHeader/>
          <w:jc w:val="center"/>
        </w:trPr>
        <w:tc>
          <w:tcPr>
            <w:tcW w:w="135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E3DC1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6"/>
                <w:lang w:val="pt-BR"/>
              </w:rPr>
              <w:t>Data</w:t>
            </w:r>
          </w:p>
        </w:tc>
        <w:tc>
          <w:tcPr>
            <w:tcW w:w="11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3C4C4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6"/>
                <w:lang w:val="pt-BR"/>
              </w:rPr>
              <w:t>Horário / CH</w:t>
            </w:r>
          </w:p>
        </w:tc>
        <w:tc>
          <w:tcPr>
            <w:tcW w:w="148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E08120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6"/>
                <w:lang w:val="pt-BR"/>
              </w:rPr>
              <w:t>Cenário / unidade</w:t>
            </w:r>
          </w:p>
        </w:tc>
        <w:tc>
          <w:tcPr>
            <w:tcW w:w="2636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66E03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6"/>
                <w:lang w:val="pt-BR"/>
              </w:rPr>
              <w:t>Atividades desenvolvidas</w:t>
            </w:r>
          </w:p>
        </w:tc>
        <w:tc>
          <w:tcPr>
            <w:tcW w:w="1276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72436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6"/>
                <w:lang w:val="pt-BR"/>
              </w:rPr>
              <w:t>Docente / preceptor(a)</w:t>
            </w:r>
          </w:p>
        </w:tc>
        <w:tc>
          <w:tcPr>
            <w:tcW w:w="1318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B4EB28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6"/>
                <w:lang w:val="pt-BR"/>
              </w:rPr>
              <w:t>Nº de atendimentos / ações</w:t>
            </w:r>
          </w:p>
        </w:tc>
      </w:tr>
      <w:tr w:rsidR="00CB76BB" w:rsidRPr="001D7640" w14:paraId="44985DC8" w14:textId="77777777" w:rsidTr="00F5401D">
        <w:trPr>
          <w:cantSplit/>
          <w:jc w:val="center"/>
        </w:trPr>
        <w:tc>
          <w:tcPr>
            <w:tcW w:w="1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BD071D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6C7DE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4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E4B7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26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D105F2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DCADD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3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BC51BC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</w:tr>
      <w:tr w:rsidR="00CB76BB" w:rsidRPr="001D7640" w14:paraId="2205E932" w14:textId="77777777" w:rsidTr="00F5401D">
        <w:trPr>
          <w:cantSplit/>
          <w:jc w:val="center"/>
        </w:trPr>
        <w:tc>
          <w:tcPr>
            <w:tcW w:w="1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29C3F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40E78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4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FE897F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26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ED9F1B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DC412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3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7CAA4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</w:tr>
      <w:tr w:rsidR="00CB76BB" w:rsidRPr="001D7640" w14:paraId="201153E3" w14:textId="77777777" w:rsidTr="00F5401D">
        <w:trPr>
          <w:cantSplit/>
          <w:jc w:val="center"/>
        </w:trPr>
        <w:tc>
          <w:tcPr>
            <w:tcW w:w="1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FE12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FC912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4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9105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26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4693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D44E40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3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CAB1BB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</w:tr>
      <w:tr w:rsidR="00CB76BB" w:rsidRPr="001D7640" w14:paraId="6F208D95" w14:textId="77777777" w:rsidTr="00F5401D">
        <w:trPr>
          <w:cantSplit/>
          <w:jc w:val="center"/>
        </w:trPr>
        <w:tc>
          <w:tcPr>
            <w:tcW w:w="1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CBF618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ACCD43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4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B5550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26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4ACF6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C3D78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3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F183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</w:tr>
      <w:tr w:rsidR="00CB76BB" w:rsidRPr="001D7640" w14:paraId="016E6D80" w14:textId="77777777" w:rsidTr="00F5401D">
        <w:trPr>
          <w:cantSplit/>
          <w:jc w:val="center"/>
        </w:trPr>
        <w:tc>
          <w:tcPr>
            <w:tcW w:w="1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E46F49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E1B90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4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42732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26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098BC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02987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3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619F4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</w:tr>
      <w:tr w:rsidR="00CB76BB" w:rsidRPr="001D7640" w14:paraId="58F7DF94" w14:textId="77777777" w:rsidTr="00F5401D">
        <w:trPr>
          <w:cantSplit/>
          <w:jc w:val="center"/>
        </w:trPr>
        <w:tc>
          <w:tcPr>
            <w:tcW w:w="1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B8266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62DB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4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3ABD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26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404B3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552210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  <w:tc>
          <w:tcPr>
            <w:tcW w:w="13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8B441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  <w:r w:rsidRPr="001D7640">
              <w:rPr>
                <w:rFonts w:cs="Arial"/>
                <w:color w:val="000000"/>
                <w:sz w:val="16"/>
                <w:lang w:val="pt-BR"/>
              </w:rPr>
              <w:br/>
            </w:r>
          </w:p>
        </w:tc>
      </w:tr>
    </w:tbl>
    <w:p w14:paraId="384912EC" w14:textId="77777777" w:rsidR="00CB76BB" w:rsidRPr="001D7640" w:rsidRDefault="00000000">
      <w:pPr>
        <w:spacing w:before="60" w:line="240" w:lineRule="auto"/>
        <w:ind w:firstLine="0"/>
        <w:rPr>
          <w:rFonts w:cs="Arial"/>
          <w:lang w:val="pt-BR"/>
        </w:rPr>
      </w:pPr>
      <w:r w:rsidRPr="001D7640">
        <w:rPr>
          <w:rFonts w:cs="Arial"/>
          <w:color w:val="000000"/>
          <w:sz w:val="18"/>
          <w:lang w:val="pt-BR"/>
        </w:rPr>
        <w:t>Fonte: elaboração do grupo.</w:t>
      </w:r>
    </w:p>
    <w:p w14:paraId="6667BFA0" w14:textId="77777777" w:rsidR="00CB76BB" w:rsidRPr="001D7640" w:rsidRDefault="00000000">
      <w:pPr>
        <w:pStyle w:val="Ttulo2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3.1 Síntese quantitativa das atividades</w:t>
      </w:r>
    </w:p>
    <w:p w14:paraId="352F3970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Se pertinente, consolidar o número de atendimentos, ações educativas, procedimentos observados/realizados ou outros indicadores, sem identificação de usuários.]</w:t>
      </w:r>
    </w:p>
    <w:tbl>
      <w:tblPr>
        <w:tblStyle w:val="Tabelacomgrade"/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5000"/>
        <w:gridCol w:w="1900"/>
        <w:gridCol w:w="2260"/>
      </w:tblGrid>
      <w:tr w:rsidR="00CB76BB" w:rsidRPr="001D7640" w14:paraId="681F1257" w14:textId="77777777">
        <w:trPr>
          <w:cantSplit/>
          <w:tblHeader/>
          <w:jc w:val="center"/>
        </w:trPr>
        <w:tc>
          <w:tcPr>
            <w:tcW w:w="50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BB4F22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7"/>
                <w:lang w:val="pt-BR"/>
              </w:rPr>
              <w:t>Tipo de atendimento, ação ou procedimento</w:t>
            </w:r>
          </w:p>
        </w:tc>
        <w:tc>
          <w:tcPr>
            <w:tcW w:w="19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7B632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7"/>
                <w:lang w:val="pt-BR"/>
              </w:rPr>
              <w:t>Quantidade</w:t>
            </w:r>
          </w:p>
        </w:tc>
        <w:tc>
          <w:tcPr>
            <w:tcW w:w="226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59D45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7"/>
                <w:lang w:val="pt-BR"/>
              </w:rPr>
              <w:t>Forma de participação do grupo</w:t>
            </w:r>
          </w:p>
        </w:tc>
      </w:tr>
      <w:tr w:rsidR="00CB76BB" w:rsidRPr="001D7640" w14:paraId="7762BA45" w14:textId="77777777">
        <w:trPr>
          <w:cantSplit/>
          <w:jc w:val="center"/>
        </w:trPr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F8F3E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lastRenderedPageBreak/>
              <w:br/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6E5C2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93213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</w:tr>
      <w:tr w:rsidR="00CB76BB" w:rsidRPr="001D7640" w14:paraId="1924CDDC" w14:textId="77777777">
        <w:trPr>
          <w:cantSplit/>
          <w:jc w:val="center"/>
        </w:trPr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0F230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7DE7F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0F9DC7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</w:tr>
      <w:tr w:rsidR="00CB76BB" w:rsidRPr="001D7640" w14:paraId="5CC27D39" w14:textId="77777777">
        <w:trPr>
          <w:cantSplit/>
          <w:jc w:val="center"/>
        </w:trPr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FA4059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35E7D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CCB82E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</w:tr>
      <w:tr w:rsidR="00CB76BB" w:rsidRPr="001D7640" w14:paraId="35879817" w14:textId="77777777">
        <w:trPr>
          <w:cantSplit/>
          <w:jc w:val="center"/>
        </w:trPr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4ADC9C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E0B89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D6FD3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</w:tr>
      <w:tr w:rsidR="00CB76BB" w:rsidRPr="001D7640" w14:paraId="7140FFDD" w14:textId="77777777">
        <w:trPr>
          <w:cantSplit/>
          <w:jc w:val="center"/>
        </w:trPr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E28B2B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1AECF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C3243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</w:tr>
      <w:tr w:rsidR="00CB76BB" w:rsidRPr="001D7640" w14:paraId="6C2B1ED0" w14:textId="77777777">
        <w:trPr>
          <w:cantSplit/>
          <w:jc w:val="center"/>
        </w:trPr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A4C515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9A3F2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37BA4" w14:textId="77777777" w:rsidR="00CB76BB" w:rsidRPr="001D7640" w:rsidRDefault="00000000">
            <w:pPr>
              <w:spacing w:line="252" w:lineRule="auto"/>
              <w:ind w:firstLine="0"/>
              <w:jc w:val="left"/>
              <w:rPr>
                <w:rFonts w:cs="Arial"/>
                <w:lang w:val="pt-BR"/>
              </w:rPr>
            </w:pPr>
            <w:r w:rsidRPr="001D7640">
              <w:rPr>
                <w:rFonts w:cs="Arial"/>
                <w:color w:val="000000"/>
                <w:sz w:val="18"/>
                <w:lang w:val="pt-BR"/>
              </w:rPr>
              <w:br/>
            </w:r>
          </w:p>
        </w:tc>
      </w:tr>
    </w:tbl>
    <w:p w14:paraId="4D4A0267" w14:textId="77777777" w:rsidR="00CB76BB" w:rsidRPr="001D7640" w:rsidRDefault="00000000">
      <w:pPr>
        <w:pStyle w:val="Ttulo2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3.2 REGISTROS DAS PRÁTICAS REALIZADAS PELO GRUPO</w:t>
      </w:r>
    </w:p>
    <w:p w14:paraId="2B4B188A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Inserir somente fotografias ou outras evidências autorizadas. Não incluir pacientes, prontuários, telas, nomes, documentos ou elementos que permitam identificação. Cada imagem deve possuir numeração, legenda, data, local e fonte.]</w:t>
      </w:r>
    </w:p>
    <w:p w14:paraId="7AF927EB" w14:textId="77777777" w:rsidR="00CB76BB" w:rsidRPr="001D7640" w:rsidRDefault="00000000">
      <w:pPr>
        <w:keepNext/>
        <w:ind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0"/>
          <w:lang w:val="pt-BR"/>
        </w:rPr>
        <w:t>Figura 1 – Título do registro</w:t>
      </w:r>
    </w:p>
    <w:tbl>
      <w:tblPr>
        <w:tblStyle w:val="Tabelacomgrade"/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9160"/>
      </w:tblGrid>
      <w:tr w:rsidR="00CB76BB" w:rsidRPr="001D7640" w14:paraId="393ED58D" w14:textId="77777777">
        <w:trPr>
          <w:cantSplit/>
          <w:tblHeader/>
          <w:jc w:val="center"/>
        </w:trPr>
        <w:tc>
          <w:tcPr>
            <w:tcW w:w="916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D4EA5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  <w:t>ESPAÇO PARA INSERÇÃO DA IMAGEM / EVIDÊNCIA AUTORIZADA</w:t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</w:p>
        </w:tc>
      </w:tr>
    </w:tbl>
    <w:p w14:paraId="3A93523F" w14:textId="77777777" w:rsidR="00CB76BB" w:rsidRPr="001D7640" w:rsidRDefault="00000000">
      <w:pPr>
        <w:spacing w:after="160" w:line="240" w:lineRule="auto"/>
        <w:ind w:firstLine="0"/>
        <w:rPr>
          <w:rFonts w:cs="Arial"/>
          <w:lang w:val="pt-BR"/>
        </w:rPr>
      </w:pPr>
      <w:r w:rsidRPr="001D7640">
        <w:rPr>
          <w:rFonts w:cs="Arial"/>
          <w:color w:val="000000"/>
          <w:sz w:val="18"/>
          <w:lang w:val="pt-BR"/>
        </w:rPr>
        <w:t>Fonte: arquivo do grupo (ano). Data e local: ________________________________.</w:t>
      </w:r>
    </w:p>
    <w:p w14:paraId="40C7146D" w14:textId="77777777" w:rsidR="00CB76BB" w:rsidRPr="001D7640" w:rsidRDefault="00000000">
      <w:pPr>
        <w:keepNext/>
        <w:ind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0"/>
          <w:lang w:val="pt-BR"/>
        </w:rPr>
        <w:t>Figura 2 – Título do registro</w:t>
      </w:r>
    </w:p>
    <w:tbl>
      <w:tblPr>
        <w:tblStyle w:val="Tabelacomgrade"/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9160"/>
      </w:tblGrid>
      <w:tr w:rsidR="00CB76BB" w:rsidRPr="001D7640" w14:paraId="0C1D7D5B" w14:textId="77777777">
        <w:trPr>
          <w:cantSplit/>
          <w:tblHeader/>
          <w:jc w:val="center"/>
        </w:trPr>
        <w:tc>
          <w:tcPr>
            <w:tcW w:w="916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775C3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  <w:t>ESPAÇO PARA INSERÇÃO DA IMAGEM / EVIDÊNCIA AUTORIZADA</w:t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</w:p>
        </w:tc>
      </w:tr>
    </w:tbl>
    <w:p w14:paraId="625EB26C" w14:textId="77777777" w:rsidR="00CB76BB" w:rsidRPr="001D7640" w:rsidRDefault="00000000">
      <w:pPr>
        <w:spacing w:after="160" w:line="240" w:lineRule="auto"/>
        <w:ind w:firstLine="0"/>
        <w:rPr>
          <w:rFonts w:cs="Arial"/>
          <w:lang w:val="pt-BR"/>
        </w:rPr>
      </w:pPr>
      <w:r w:rsidRPr="001D7640">
        <w:rPr>
          <w:rFonts w:cs="Arial"/>
          <w:color w:val="000000"/>
          <w:sz w:val="18"/>
          <w:lang w:val="pt-BR"/>
        </w:rPr>
        <w:t>Fonte: arquivo do grupo (ano). Data e local: ________________________________.</w:t>
      </w:r>
    </w:p>
    <w:p w14:paraId="65EFB312" w14:textId="77777777" w:rsidR="00CB76BB" w:rsidRPr="001D7640" w:rsidRDefault="00000000">
      <w:pPr>
        <w:keepNext/>
        <w:ind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0"/>
          <w:lang w:val="pt-BR"/>
        </w:rPr>
        <w:t>Figura 3 – Título do registro</w:t>
      </w:r>
    </w:p>
    <w:tbl>
      <w:tblPr>
        <w:tblStyle w:val="Tabelacomgrade"/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9160"/>
      </w:tblGrid>
      <w:tr w:rsidR="00CB76BB" w:rsidRPr="001D7640" w14:paraId="506A2DCB" w14:textId="77777777">
        <w:trPr>
          <w:cantSplit/>
          <w:tblHeader/>
          <w:jc w:val="center"/>
        </w:trPr>
        <w:tc>
          <w:tcPr>
            <w:tcW w:w="916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5B193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  <w:t>ESPAÇO PARA INSERÇÃO DA IMAGEM / EVIDÊNCIA AUTORIZADA</w:t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</w:p>
        </w:tc>
      </w:tr>
    </w:tbl>
    <w:p w14:paraId="146B92F9" w14:textId="77777777" w:rsidR="00CB76BB" w:rsidRPr="001D7640" w:rsidRDefault="00000000">
      <w:pPr>
        <w:spacing w:after="160" w:line="240" w:lineRule="auto"/>
        <w:ind w:firstLine="0"/>
        <w:rPr>
          <w:rFonts w:cs="Arial"/>
          <w:lang w:val="pt-BR"/>
        </w:rPr>
      </w:pPr>
      <w:r w:rsidRPr="001D7640">
        <w:rPr>
          <w:rFonts w:cs="Arial"/>
          <w:color w:val="000000"/>
          <w:sz w:val="18"/>
          <w:lang w:val="pt-BR"/>
        </w:rPr>
        <w:t>Fonte: arquivo do grupo (ano). Data e local: ________________________________.</w:t>
      </w:r>
    </w:p>
    <w:p w14:paraId="7DF22635" w14:textId="77777777" w:rsidR="00CB76BB" w:rsidRPr="001D7640" w:rsidRDefault="00000000">
      <w:pPr>
        <w:keepNext/>
        <w:ind w:firstLine="0"/>
        <w:rPr>
          <w:rFonts w:cs="Arial"/>
          <w:lang w:val="pt-BR"/>
        </w:rPr>
      </w:pPr>
      <w:r w:rsidRPr="001D7640">
        <w:rPr>
          <w:rFonts w:cs="Arial"/>
          <w:b/>
          <w:color w:val="000000"/>
          <w:sz w:val="20"/>
          <w:lang w:val="pt-BR"/>
        </w:rPr>
        <w:lastRenderedPageBreak/>
        <w:t>Figura 4 – Título do registro</w:t>
      </w:r>
    </w:p>
    <w:tbl>
      <w:tblPr>
        <w:tblStyle w:val="Tabelacomgrade"/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9160"/>
      </w:tblGrid>
      <w:tr w:rsidR="00CB76BB" w:rsidRPr="001D7640" w14:paraId="0E99F541" w14:textId="77777777">
        <w:trPr>
          <w:cantSplit/>
          <w:tblHeader/>
          <w:jc w:val="center"/>
        </w:trPr>
        <w:tc>
          <w:tcPr>
            <w:tcW w:w="916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0B198" w14:textId="77777777" w:rsidR="00CB76BB" w:rsidRPr="001D7640" w:rsidRDefault="00000000">
            <w:pPr>
              <w:spacing w:line="252" w:lineRule="auto"/>
              <w:ind w:firstLine="0"/>
              <w:jc w:val="center"/>
              <w:rPr>
                <w:rFonts w:cs="Arial"/>
                <w:lang w:val="pt-BR"/>
              </w:rPr>
            </w:pP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  <w:t>ESPAÇO PARA INSERÇÃO DA IMAGEM / EVIDÊNCIA AUTORIZADA</w:t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  <w:r w:rsidRPr="001D7640">
              <w:rPr>
                <w:rFonts w:cs="Arial"/>
                <w:b/>
                <w:color w:val="000000"/>
                <w:sz w:val="18"/>
                <w:lang w:val="pt-BR"/>
              </w:rPr>
              <w:br/>
            </w:r>
          </w:p>
        </w:tc>
      </w:tr>
    </w:tbl>
    <w:p w14:paraId="43627AB5" w14:textId="77777777" w:rsidR="00CB76BB" w:rsidRPr="001D7640" w:rsidRDefault="00000000">
      <w:pPr>
        <w:spacing w:after="160" w:line="240" w:lineRule="auto"/>
        <w:ind w:firstLine="0"/>
        <w:rPr>
          <w:rFonts w:cs="Arial"/>
          <w:lang w:val="pt-BR"/>
        </w:rPr>
      </w:pPr>
      <w:r w:rsidRPr="001D7640">
        <w:rPr>
          <w:rFonts w:cs="Arial"/>
          <w:color w:val="000000"/>
          <w:sz w:val="18"/>
          <w:lang w:val="pt-BR"/>
        </w:rPr>
        <w:t>Fonte: arquivo do grupo (ano). Data e local: ________________________________.</w:t>
      </w:r>
    </w:p>
    <w:p w14:paraId="4024BEE2" w14:textId="77777777" w:rsidR="00797F86" w:rsidRPr="001D7640" w:rsidRDefault="00797F86" w:rsidP="00797F86">
      <w:pPr>
        <w:ind w:firstLine="0"/>
        <w:rPr>
          <w:rFonts w:cs="Arial"/>
          <w:lang w:val="pt-BR"/>
        </w:rPr>
      </w:pPr>
    </w:p>
    <w:p w14:paraId="2BC2BD95" w14:textId="77777777" w:rsidR="00797F86" w:rsidRPr="001D7640" w:rsidRDefault="00797F86" w:rsidP="00797F86">
      <w:pPr>
        <w:ind w:firstLine="0"/>
        <w:rPr>
          <w:rFonts w:cs="Arial"/>
          <w:lang w:val="pt-BR"/>
        </w:rPr>
      </w:pPr>
    </w:p>
    <w:p w14:paraId="0825AD5D" w14:textId="5CBBCD60" w:rsidR="00CB76BB" w:rsidRPr="001D7640" w:rsidRDefault="00000000" w:rsidP="00797F86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4. DISCUSSÃO</w:t>
      </w:r>
    </w:p>
    <w:p w14:paraId="2878755F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Analisar as vivências à luz da literatura e dos conteúdos trabalhados no componente curricular. Relacionar teoria e prática, integralidade, longitudinalidade, resolutividade, comunicação, trabalho interprofissional, segurança do paciente, ética e demais aspectos pertinentes. Evitar apenas repetir os resultados.]</w:t>
      </w:r>
    </w:p>
    <w:p w14:paraId="031C74A8" w14:textId="77777777" w:rsidR="00F5401D" w:rsidRPr="001D7640" w:rsidRDefault="00F5401D">
      <w:pPr>
        <w:pStyle w:val="Ttulo2"/>
        <w:rPr>
          <w:rFonts w:ascii="Arial" w:hAnsi="Arial" w:cs="Arial"/>
          <w:lang w:val="pt-BR"/>
        </w:rPr>
      </w:pPr>
    </w:p>
    <w:p w14:paraId="69AD0E33" w14:textId="62055F0E" w:rsidR="00CB76BB" w:rsidRPr="001D7640" w:rsidRDefault="00000000">
      <w:pPr>
        <w:pStyle w:val="Ttulo2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4.1 Aprendizagens e desafios do grupo</w:t>
      </w:r>
    </w:p>
    <w:p w14:paraId="2F06975D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Apresentar os principais aprendizados, dificuldades percebidas, limites da experiência e aspectos que o grupo considera necessário aprofundar.]</w:t>
      </w:r>
    </w:p>
    <w:p w14:paraId="382274DC" w14:textId="77777777" w:rsidR="00F5401D" w:rsidRPr="001D7640" w:rsidRDefault="00F5401D">
      <w:pPr>
        <w:pStyle w:val="Ttulo1"/>
        <w:rPr>
          <w:rFonts w:ascii="Arial" w:hAnsi="Arial" w:cs="Arial"/>
          <w:lang w:val="pt-BR"/>
        </w:rPr>
      </w:pPr>
    </w:p>
    <w:p w14:paraId="6C4C3BEE" w14:textId="4CA29ECE" w:rsidR="00CB76BB" w:rsidRPr="001D7640" w:rsidRDefault="00F5401D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5</w:t>
      </w:r>
      <w:r w:rsidR="00000000" w:rsidRPr="001D7640">
        <w:rPr>
          <w:rFonts w:ascii="Arial" w:hAnsi="Arial" w:cs="Arial"/>
          <w:lang w:val="pt-BR"/>
        </w:rPr>
        <w:t>. CONCLUSÃO</w:t>
      </w:r>
    </w:p>
    <w:p w14:paraId="43A3F83F" w14:textId="15B32319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Retomar o objetivo do relatório e sintetizar a contribuição das práticas para a formação do grupo, sem inserir informações novas.]</w:t>
      </w:r>
    </w:p>
    <w:p w14:paraId="759438B7" w14:textId="77777777" w:rsidR="00CB76BB" w:rsidRPr="001D7640" w:rsidRDefault="00000000">
      <w:pPr>
        <w:rPr>
          <w:rFonts w:cs="Arial"/>
          <w:lang w:val="pt-BR"/>
        </w:rPr>
      </w:pPr>
      <w:r w:rsidRPr="001D7640">
        <w:rPr>
          <w:rFonts w:cs="Arial"/>
          <w:lang w:val="pt-BR"/>
        </w:rPr>
        <w:br w:type="page"/>
      </w:r>
    </w:p>
    <w:p w14:paraId="5250B8D8" w14:textId="77777777" w:rsidR="00CB76BB" w:rsidRPr="001D7640" w:rsidRDefault="00000000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lastRenderedPageBreak/>
        <w:t>REFERÊNCIAS</w:t>
      </w:r>
    </w:p>
    <w:p w14:paraId="7DD013C0" w14:textId="77777777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Apresentar somente as fontes citadas no texto, conforme as normas acadêmicas adotadas pela Universidade. Priorizar documentos oficiais, protocolos, livros e artigos científicos atuais.]</w:t>
      </w:r>
    </w:p>
    <w:p w14:paraId="4B6AC341" w14:textId="77777777" w:rsidR="00F5401D" w:rsidRPr="001D7640" w:rsidRDefault="00F5401D">
      <w:pPr>
        <w:pStyle w:val="Ttulo1"/>
        <w:rPr>
          <w:rFonts w:ascii="Arial" w:hAnsi="Arial" w:cs="Arial"/>
          <w:lang w:val="pt-BR"/>
        </w:rPr>
      </w:pPr>
    </w:p>
    <w:p w14:paraId="1D88F11F" w14:textId="14563CE4" w:rsidR="00CB76BB" w:rsidRPr="001D7640" w:rsidRDefault="00000000">
      <w:pPr>
        <w:pStyle w:val="Ttulo1"/>
        <w:rPr>
          <w:rFonts w:ascii="Arial" w:hAnsi="Arial" w:cs="Arial"/>
          <w:lang w:val="pt-BR"/>
        </w:rPr>
      </w:pPr>
      <w:r w:rsidRPr="001D7640">
        <w:rPr>
          <w:rFonts w:ascii="Arial" w:hAnsi="Arial" w:cs="Arial"/>
          <w:lang w:val="pt-BR"/>
        </w:rPr>
        <w:t>APÊNDICES E ANEXOS (SE HOUVER)</w:t>
      </w:r>
    </w:p>
    <w:p w14:paraId="2996F686" w14:textId="4671F30D" w:rsidR="00CB76BB" w:rsidRPr="001D7640" w:rsidRDefault="00000000">
      <w:pPr>
        <w:spacing w:after="80" w:line="276" w:lineRule="auto"/>
        <w:ind w:firstLine="0"/>
        <w:rPr>
          <w:rFonts w:cs="Arial"/>
          <w:lang w:val="pt-BR"/>
        </w:rPr>
      </w:pPr>
      <w:r w:rsidRPr="001D7640">
        <w:rPr>
          <w:rFonts w:cs="Arial"/>
          <w:i/>
          <w:color w:val="666666"/>
          <w:sz w:val="18"/>
          <w:lang w:val="pt-BR"/>
        </w:rPr>
        <w:t>[ORIENTAÇÃO PARA PREENCHIMENTO: Podem ser incluídos, quando autorizados e pertinentes: roteiro de atividade, ficha de acompanhamento, declaração da unidade ou outro documento comprobatório. Não anexar documentos com dados pessoais de pacientes/usuários.]</w:t>
      </w:r>
    </w:p>
    <w:sectPr w:rsidR="00CB76BB" w:rsidRPr="001D7640" w:rsidSect="00F5401D">
      <w:headerReference w:type="default" r:id="rId8"/>
      <w:pgSz w:w="11906" w:h="16838"/>
      <w:pgMar w:top="1701" w:right="1134" w:bottom="1134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6206" w14:textId="77777777" w:rsidR="00123546" w:rsidRDefault="00123546">
      <w:pPr>
        <w:spacing w:line="240" w:lineRule="auto"/>
      </w:pPr>
      <w:r>
        <w:separator/>
      </w:r>
    </w:p>
  </w:endnote>
  <w:endnote w:type="continuationSeparator" w:id="0">
    <w:p w14:paraId="60F5AD3E" w14:textId="77777777" w:rsidR="00123546" w:rsidRDefault="00123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C2AF" w14:textId="77777777" w:rsidR="00123546" w:rsidRDefault="00123546">
      <w:pPr>
        <w:spacing w:line="240" w:lineRule="auto"/>
      </w:pPr>
      <w:r>
        <w:separator/>
      </w:r>
    </w:p>
  </w:footnote>
  <w:footnote w:type="continuationSeparator" w:id="0">
    <w:p w14:paraId="58095E10" w14:textId="77777777" w:rsidR="00123546" w:rsidRDefault="001235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F61A" w14:textId="6088DFEE" w:rsidR="00CB76BB" w:rsidRPr="00F5401D" w:rsidRDefault="00F5401D" w:rsidP="00F5401D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E039037" wp14:editId="0E0C9B4B">
          <wp:simplePos x="0" y="0"/>
          <wp:positionH relativeFrom="column">
            <wp:posOffset>-337185</wp:posOffset>
          </wp:positionH>
          <wp:positionV relativeFrom="paragraph">
            <wp:posOffset>-31115</wp:posOffset>
          </wp:positionV>
          <wp:extent cx="1924050" cy="590726"/>
          <wp:effectExtent l="0" t="0" r="0" b="0"/>
          <wp:wrapNone/>
          <wp:docPr id="4892160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216000" name="Imagem 4892160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4050" cy="590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1916179">
    <w:abstractNumId w:val="8"/>
  </w:num>
  <w:num w:numId="2" w16cid:durableId="1443766650">
    <w:abstractNumId w:val="6"/>
  </w:num>
  <w:num w:numId="3" w16cid:durableId="739448940">
    <w:abstractNumId w:val="5"/>
  </w:num>
  <w:num w:numId="4" w16cid:durableId="908081805">
    <w:abstractNumId w:val="4"/>
  </w:num>
  <w:num w:numId="5" w16cid:durableId="1485439382">
    <w:abstractNumId w:val="7"/>
  </w:num>
  <w:num w:numId="6" w16cid:durableId="1128670181">
    <w:abstractNumId w:val="3"/>
  </w:num>
  <w:num w:numId="7" w16cid:durableId="1558204141">
    <w:abstractNumId w:val="2"/>
  </w:num>
  <w:num w:numId="8" w16cid:durableId="799229495">
    <w:abstractNumId w:val="1"/>
  </w:num>
  <w:num w:numId="9" w16cid:durableId="129109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3546"/>
    <w:rsid w:val="0015074B"/>
    <w:rsid w:val="001D7640"/>
    <w:rsid w:val="0029639D"/>
    <w:rsid w:val="00326F90"/>
    <w:rsid w:val="00797F86"/>
    <w:rsid w:val="00AA1D8D"/>
    <w:rsid w:val="00B47730"/>
    <w:rsid w:val="00C20AEA"/>
    <w:rsid w:val="00CB0664"/>
    <w:rsid w:val="00CB76BB"/>
    <w:rsid w:val="00F540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1FD05"/>
  <w14:defaultImageDpi w14:val="300"/>
  <w15:docId w15:val="{6DAAC02E-22CA-40A0-9EEE-C751D58D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  <w:ind w:firstLine="709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240" w:after="160"/>
      <w:ind w:firstLine="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120"/>
      <w:ind w:firstLine="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de Aula Prática em Grupo – Curso de Medicina</dc:title>
  <dc:subject>Comprovação das aulas práticas e apresentação em seminário</dc:subject>
  <dc:creator>Universidade do Contestado – UnC</dc:creator>
  <cp:keywords>Medicina; relatório em grupo; aulas práticas; seminário</cp:keywords>
  <dc:description>generated by python-docx</dc:description>
  <cp:lastModifiedBy>Alessandra Wagner</cp:lastModifiedBy>
  <cp:revision>5</cp:revision>
  <dcterms:created xsi:type="dcterms:W3CDTF">2013-12-23T23:15:00Z</dcterms:created>
  <dcterms:modified xsi:type="dcterms:W3CDTF">2026-08-25T23:39:00Z</dcterms:modified>
  <cp:category/>
</cp:coreProperties>
</file>